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B6" w:rsidRPr="0041073E" w:rsidRDefault="00F17CB2" w:rsidP="0041073E">
      <w:pPr>
        <w:spacing w:after="40"/>
        <w:jc w:val="center"/>
        <w:rPr>
          <w:sz w:val="32"/>
          <w:szCs w:val="32"/>
          <w:lang w:val="ru-RU"/>
        </w:rPr>
      </w:pPr>
      <w:r w:rsidRPr="0041073E">
        <w:rPr>
          <w:rFonts w:ascii="Arial" w:eastAsia="Arial" w:hAnsi="Arial" w:cs="Arial"/>
          <w:b/>
          <w:color w:val="10241C"/>
          <w:sz w:val="32"/>
          <w:szCs w:val="32"/>
          <w:lang w:val="ru-RU"/>
        </w:rPr>
        <w:t>Медицинс</w:t>
      </w:r>
      <w:r w:rsidR="0041073E" w:rsidRPr="0041073E">
        <w:rPr>
          <w:rFonts w:ascii="Arial" w:eastAsia="Arial" w:hAnsi="Arial" w:cs="Arial"/>
          <w:b/>
          <w:color w:val="10241C"/>
          <w:sz w:val="32"/>
          <w:szCs w:val="32"/>
          <w:lang w:val="ru-RU"/>
        </w:rPr>
        <w:t>кая сестра / медицинский брат на второй этап практика-ориентированный этап.</w:t>
      </w:r>
      <w:r w:rsidR="00A21EEF">
        <w:rPr>
          <w:rFonts w:ascii="Arial" w:eastAsia="Arial" w:hAnsi="Arial" w:cs="Arial"/>
          <w:b/>
          <w:color w:val="10241C"/>
          <w:sz w:val="32"/>
          <w:szCs w:val="32"/>
          <w:lang w:val="ru-RU"/>
        </w:rPr>
        <w:br/>
        <w:t>смотреть по номеру студенческого билета или паспортных данных (серия и номер).</w:t>
      </w:r>
      <w:bookmarkStart w:id="0" w:name="_GoBack"/>
      <w:bookmarkEnd w:id="0"/>
    </w:p>
    <w:p w:rsidR="00297DB6" w:rsidRPr="00B86BF9" w:rsidRDefault="00297DB6" w:rsidP="00440283">
      <w:pPr>
        <w:spacing w:after="160"/>
        <w:rPr>
          <w:lang w:val="ru-RU"/>
        </w:rPr>
      </w:pPr>
    </w:p>
    <w:tbl>
      <w:tblPr>
        <w:tblStyle w:val="aff0"/>
        <w:tblW w:w="8392" w:type="dxa"/>
        <w:jc w:val="center"/>
        <w:tblLayout w:type="fixed"/>
        <w:tblLook w:val="04A0" w:firstRow="1" w:lastRow="0" w:firstColumn="1" w:lastColumn="0" w:noHBand="0" w:noVBand="1"/>
      </w:tblPr>
      <w:tblGrid>
        <w:gridCol w:w="965"/>
        <w:gridCol w:w="2154"/>
        <w:gridCol w:w="5273"/>
      </w:tblGrid>
      <w:tr w:rsidR="00675CA9" w:rsidRPr="00A21EEF" w:rsidTr="00675CA9">
        <w:trPr>
          <w:tblHeader/>
          <w:jc w:val="center"/>
        </w:trPr>
        <w:tc>
          <w:tcPr>
            <w:tcW w:w="965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134D50" w:rsidRDefault="00675CA9" w:rsidP="00134D50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134D50">
              <w:rPr>
                <w:rFonts w:ascii="Times New Roman" w:eastAsia="Arial" w:hAnsi="Times New Roman" w:cs="Times New Roman"/>
                <w:color w:val="FFFFFF" w:themeColor="background1"/>
              </w:rPr>
              <w:t>№</w:t>
            </w:r>
          </w:p>
        </w:tc>
        <w:tc>
          <w:tcPr>
            <w:tcW w:w="2154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134D50" w:rsidRDefault="00675CA9" w:rsidP="00134D50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134D50">
              <w:rPr>
                <w:rFonts w:ascii="Times New Roman" w:eastAsia="Arial" w:hAnsi="Times New Roman" w:cs="Times New Roman"/>
                <w:color w:val="FFFFFF" w:themeColor="background1"/>
              </w:rPr>
              <w:t>№ студенческого</w:t>
            </w:r>
          </w:p>
        </w:tc>
        <w:tc>
          <w:tcPr>
            <w:tcW w:w="5273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134D50" w:rsidRDefault="00675CA9" w:rsidP="00134D50">
            <w:pPr>
              <w:jc w:val="center"/>
              <w:rPr>
                <w:rFonts w:ascii="Times New Roman" w:hAnsi="Times New Roman" w:cs="Times New Roman"/>
                <w:color w:val="FFFFFF" w:themeColor="background1"/>
                <w:lang w:val="ru-RU"/>
              </w:rPr>
            </w:pPr>
            <w:r w:rsidRPr="00134D50">
              <w:rPr>
                <w:rFonts w:ascii="Times New Roman" w:hAnsi="Times New Roman" w:cs="Times New Roman"/>
                <w:color w:val="FFFFFF" w:themeColor="background1"/>
                <w:lang w:val="ru-RU"/>
              </w:rPr>
              <w:t>Дата и время и место</w:t>
            </w:r>
          </w:p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B4557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21130120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40110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21 сентября 2026г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14:00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RPr="0040110E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B4557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40283">
            <w:pPr>
              <w:jc w:val="center"/>
              <w:rPr>
                <w:lang w:val="ru-RU"/>
              </w:rPr>
            </w:pPr>
            <w:r w:rsidRPr="0040110E">
              <w:rPr>
                <w:rFonts w:ascii="Arial" w:eastAsia="Arial" w:hAnsi="Arial" w:cs="Arial"/>
                <w:color w:val="10241C"/>
                <w:sz w:val="16"/>
                <w:lang w:val="ru-RU"/>
              </w:rPr>
              <w:t>23112764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40283">
            <w:pPr>
              <w:rPr>
                <w:lang w:val="ru-RU"/>
              </w:rPr>
            </w:pPr>
          </w:p>
        </w:tc>
      </w:tr>
      <w:tr w:rsidR="00675CA9" w:rsidRPr="0040110E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B4557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40283">
            <w:pPr>
              <w:jc w:val="center"/>
              <w:rPr>
                <w:lang w:val="ru-RU"/>
              </w:rPr>
            </w:pPr>
            <w:r w:rsidRPr="0040110E">
              <w:rPr>
                <w:rFonts w:ascii="Arial" w:eastAsia="Arial" w:hAnsi="Arial" w:cs="Arial"/>
                <w:color w:val="10241C"/>
                <w:sz w:val="16"/>
                <w:lang w:val="ru-RU"/>
              </w:rPr>
              <w:t>23120509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40283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B4557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23320639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23214520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23114086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24327000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23115234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23313014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22112744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23415239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23314682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23220134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23212315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23222318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26227006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23124088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23310471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23311565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23112278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40283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0325 214554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40283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B4557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23110390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23123643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23220511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23420916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22222494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23312569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23111440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23313236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23322766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20130008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23122753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23123879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23123870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23121454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B4557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40283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23223250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40110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21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23124692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23120721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23140004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48933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23122363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24227020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23112809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23312264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23321994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23222094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0325 299791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23115060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23322307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23124507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23322579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23110961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23112191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23112012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48962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26127001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23111730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22222918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23111480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23120679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23113908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48968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23113622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24127026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23113570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23321927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23111887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23213696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40110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21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:00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6 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lastRenderedPageBreak/>
              <w:t>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22220192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23312161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23113892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23113446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23124802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23311848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23220465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23230691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22114158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23110973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22121649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23224002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23310423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23323200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23120094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23312690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23221976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22214365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25227022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23115046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0325 344218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23122687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0325 511778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49006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23114935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49009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23220252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23110947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23114445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23320152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23123734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23120097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22121090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23322857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23310262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23113021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23212010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40110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21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23310397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24227021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22412258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22120414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23115059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23122855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24317000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336241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22123751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23312716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49032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23213737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23111777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23120651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22422135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23220752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23323176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33815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23323103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49041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23323921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23122740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23114743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23111190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23120499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23312689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22114201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23110096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40110E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21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16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:00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40110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23110279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23114418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23320492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23110950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22122617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23222163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23110981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0325 320394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23113719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23220598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0323 720991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23314085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23312993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23120038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23324560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23112132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23114896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23123276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1378652355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40110E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40110E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23122053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23122561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22313173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23420522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23115068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23310695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23420952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23314559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23323974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40110E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444444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40110E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1000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 xml:space="preserve"> сентября 2026г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14:00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23111447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22111648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23122880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23117007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23114898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23314098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23114112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23211430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23122266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23113171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23122333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23311393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23124381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22221778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23220835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23124777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23230553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23110563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22222726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23123995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23323188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23313464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23314852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23113369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23211453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23311624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49149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24415414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24127028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23313173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40110E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RPr="00EF6718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jc w:val="center"/>
              <w:rPr>
                <w:lang w:val="ru-RU"/>
              </w:rPr>
            </w:pPr>
            <w:r w:rsidRPr="00EF6718">
              <w:rPr>
                <w:rFonts w:ascii="Arial" w:eastAsia="Arial" w:hAnsi="Arial" w:cs="Arial"/>
                <w:color w:val="10241C"/>
                <w:sz w:val="16"/>
                <w:lang w:val="ru-RU"/>
              </w:rPr>
              <w:t>23320706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rPr>
                <w:lang w:val="ru-RU"/>
              </w:rPr>
            </w:pPr>
          </w:p>
        </w:tc>
      </w:tr>
      <w:tr w:rsidR="00675CA9" w:rsidRPr="00EF6718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jc w:val="center"/>
              <w:rPr>
                <w:lang w:val="ru-RU"/>
              </w:rPr>
            </w:pPr>
            <w:r w:rsidRPr="00EF6718">
              <w:rPr>
                <w:rFonts w:ascii="Arial" w:eastAsia="Arial" w:hAnsi="Arial" w:cs="Arial"/>
                <w:color w:val="10241C"/>
                <w:sz w:val="16"/>
                <w:lang w:val="ru-RU"/>
              </w:rPr>
              <w:t>24127029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23223675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23120955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0325 078562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23115177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23114259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23111987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23223016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23210369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23422746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22114192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23122975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23214911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23121995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23323614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23223209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23121389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23112603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23222903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23120776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23320491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23114687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23411398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23313003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23310501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23314913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23312968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23121475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23122821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23211404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23122413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23121361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23120060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23312319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EF6718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морфологический корпус 6 этаж МАСЦ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17120704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23312584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23114230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0325 652448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23123216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23112392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0325 089097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0325 091279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29959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23120881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22113807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22222613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23314625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23120685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49223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23310644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23310226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21220031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23114975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23311231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23313007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23112881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23111386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23222679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23312745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23112209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23224090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23120920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23122680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23113664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23112542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22123699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23110448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49246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20318309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A21EEF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23314977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EF6718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lastRenderedPageBreak/>
              <w:t>морфологический корпус 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23112971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23320294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23312851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23220300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23111486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23220733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23312233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23224588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24227027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23114464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23323189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23124256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23112540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24127030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23112698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49268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23114688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23113390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444444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23110367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23110451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22127027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DC4963" w:rsidRDefault="00675CA9" w:rsidP="00EF6718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color w:val="10241C"/>
                <w:sz w:val="16"/>
                <w:lang w:val="ru-RU"/>
              </w:rPr>
              <w:t>0325 450152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23313204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23220690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23223271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23111001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23413038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23126003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23214431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23310962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EF6718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21222164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16:0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Pr="00EF6718" w:rsidRDefault="00675CA9" w:rsidP="00EF6718">
            <w:pPr>
              <w:jc w:val="center"/>
              <w:rPr>
                <w:lang w:val="ru-RU"/>
              </w:rPr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EF6718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23115246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23322984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23120954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23114093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23111197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23115117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23122404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26327009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23310608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49300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23314730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23113872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23114350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23321384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23311993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23111652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N03983571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B4557E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23121983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23113059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23312017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22112639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23311636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23213311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23113479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49319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23315058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23324234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23120288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EF671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23123568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23123382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23224246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23112735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49332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23113054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23323661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24127035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23140003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23313174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23321915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23111227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23112533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23222565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23114672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23213248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0525 311962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23110678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23220751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23211985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23112730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23110734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20110499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23314244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23314884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23321460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23122547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23120504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23310170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23113172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23311903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23413635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EF671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23314324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23113885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23323695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25327004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23122990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23127004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23124382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23121986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23110525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23114456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23315052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23420264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23123881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23313004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23110769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23120274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49394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0324 961049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23115111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23220016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0325 537239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23122607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23122599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29122499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23121992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23220915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23312000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23114900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22122958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23120308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Pr="00675CA9" w:rsidRDefault="00675CA9" w:rsidP="00EF6718">
            <w:pPr>
              <w:jc w:val="center"/>
              <w:rPr>
                <w:lang w:val="ru-RU"/>
              </w:rPr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  <w:rPr>
                <w:lang w:val="ru-RU"/>
              </w:rPr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49417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49418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23120681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26227003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23111422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7924 908222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23122828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19321785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23112202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23222605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23112756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23114110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23312263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23112989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23112549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3763839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23310832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49443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23310324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23221200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23112966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23120939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23310722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23212555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439209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23314586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23214551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23314814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6614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49460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23410729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22424255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23314451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0325 403022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21126624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EF671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23110696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23114882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23214517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23122326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23321259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23312052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23310926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26227002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22114129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23125185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23123625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0325 378847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23312361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0325 629488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23123877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23110713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22320531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23220735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23324099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23222302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23214408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23113460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23312327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23114243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23112313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432642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23125207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23313002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23113589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23310623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N01839359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23311684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EF671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16:0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EF671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23124105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23410913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22221867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23121934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23222991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23112303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23111969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23223298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23221401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23120119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1042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23221412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22123568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0321 941152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23124235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49537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23222749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23220461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21123717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23315051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25327005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23124245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23120943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23122026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23110560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23113686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23123878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23121789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23123977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23210125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23220924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23114856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7E7CB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24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7E7CB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23221411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7925 936277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23313874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22422970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23313197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23232780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23220936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23222758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23114689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23114232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22220808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23322140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1070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23222793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23114734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22113917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23120482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49582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23114401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23312562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23212736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23311567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23113751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24127032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23120967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23221849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23210489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23310979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23121508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23214076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21113658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22323967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23311435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23111991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23222564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26127006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23120508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7E7CB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24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7E7CB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23222553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23312732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22113695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23221623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22312522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23121576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23220502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23112013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23113975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23220271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23121337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23212470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23114554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1095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23120773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23111615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23114396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23314903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21111179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23124398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23214103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23110003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23111128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23320257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23122964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23120568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23314545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23122720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23121688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23111604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23323875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23114415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23313871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23314529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26127007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7E7CB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24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7E7CB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23114075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23220445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23322167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23122596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23114252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23113578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23112003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23120830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23320922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23114690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23314390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23222322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23311445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23222025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23113587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23121885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23112986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23122727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23123639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23321457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23114512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23311413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23314493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23112272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23112036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23220741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23115074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23220684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23221984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23114983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23114035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7E7CB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24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7E7CB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23312258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23314873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49706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23312092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23220942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23320141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23123207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2331461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24227007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23222452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23114275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22122736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22323910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23214143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23223142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23222699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23114515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23120276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23113667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20127952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23222261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24227029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0325 261886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49948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24227008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23113937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23122977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23113186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23120515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23113671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23113648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7E7CB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24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16:0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7E7CB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23220413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21315582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23114439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23222737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23114801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23314972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23320474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23313182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23315100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23412566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23112001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23224583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23112869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23122296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23120345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22123744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23220742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23312978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22422885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23110616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23110767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22224007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23120049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23111989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23111441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23222276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23111414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26227007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23312331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23212598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23224937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23312197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23323027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1029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23113006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25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4A563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23312685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23220476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0324 924551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23310450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23120971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23322292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23114409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22220082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23121577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23140001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1040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48759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23114910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19130046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21222295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23411665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23313856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23111199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23312554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23323398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24227005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23220948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23222523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23310277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49819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23320956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23413650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23114087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23220975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23113045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23313212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23112969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23221418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25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14:3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4A563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6628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23314386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23124732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23113888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23110148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23114740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23222286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0325 218177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23220671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1073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23221427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23114528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49848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0319 217874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23111596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23220272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23114402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1078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23124111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23422568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23310105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23112606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23320978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23312838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22424254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23122004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23111379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23232299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23123642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23321405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26227005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23121396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23111585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23312274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23112281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25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4A563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23312538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23320697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23110687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23112693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23113015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21520749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23414388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23221633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23321448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25227024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22112646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23312663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23122355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23113292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49898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49900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23121420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23311643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24117003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22422757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0325 113013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23322058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23110931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23110266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23221249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23112314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23113549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23321631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26120051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23220703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23223862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23114228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23222131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23210295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23120356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23311408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</w:p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25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15:3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4A563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23313194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0325 159534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23114737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23320778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22122616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23112433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23111562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23224679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23321638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23220960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23110682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23126001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0325 333601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Pr="00F17CB2" w:rsidRDefault="00675CA9" w:rsidP="00EF6718">
            <w:pPr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1091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23112583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21213252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23121328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23123255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23121406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23112722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23120357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23124377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2807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22211134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23120497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23114441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23314683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23120750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23120253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23110977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23111817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23222684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23313242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23110740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23122739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23123081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23220006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/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23112825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25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16:0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 xml:space="preserve">морфологический корпус </w:t>
            </w:r>
          </w:p>
          <w:p w:rsidR="00675CA9" w:rsidRDefault="00675CA9" w:rsidP="004A5638">
            <w:pPr>
              <w:jc w:val="center"/>
            </w:pP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6 этаж МАСЦ</w:t>
            </w: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23221890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23112216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RPr="00F17CB2" w:rsidTr="00675CA9">
        <w:trPr>
          <w:jc w:val="center"/>
        </w:trPr>
        <w:tc>
          <w:tcPr>
            <w:tcW w:w="965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4524 725110</w:t>
            </w:r>
          </w:p>
        </w:tc>
        <w:tc>
          <w:tcPr>
            <w:tcW w:w="5273" w:type="dxa"/>
            <w:vMerge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Pr="00F17CB2" w:rsidRDefault="00675CA9" w:rsidP="004A5638">
            <w:pPr>
              <w:jc w:val="center"/>
              <w:rPr>
                <w:lang w:val="ru-RU"/>
              </w:rPr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23122399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23310033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23114344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23140005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23311597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23220548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23123564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23222298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25227025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23112045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23314547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23311997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23122697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23311536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23110045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  <w:tr w:rsidR="00675CA9" w:rsidTr="00675CA9">
        <w:trPr>
          <w:jc w:val="center"/>
        </w:trPr>
        <w:tc>
          <w:tcPr>
            <w:tcW w:w="965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pStyle w:val="ae"/>
              <w:numPr>
                <w:ilvl w:val="0"/>
                <w:numId w:val="10"/>
              </w:numPr>
              <w:jc w:val="center"/>
            </w:pP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675CA9" w:rsidRDefault="00675CA9" w:rsidP="00EF6718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23112747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675CA9" w:rsidRDefault="00675CA9" w:rsidP="004A5638">
            <w:pPr>
              <w:jc w:val="center"/>
            </w:pPr>
          </w:p>
        </w:tc>
      </w:tr>
    </w:tbl>
    <w:p w:rsidR="00F17CB2" w:rsidRDefault="00F17CB2" w:rsidP="0040110E"/>
    <w:sectPr w:rsidR="00F17CB2" w:rsidSect="00034616">
      <w:pgSz w:w="16838" w:h="11906" w:orient="landscape"/>
      <w:pgMar w:top="907" w:right="680" w:bottom="79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AC3" w:rsidRDefault="00901AC3">
      <w:pPr>
        <w:spacing w:after="0" w:line="240" w:lineRule="auto"/>
      </w:pPr>
      <w:r>
        <w:separator/>
      </w:r>
    </w:p>
  </w:endnote>
  <w:endnote w:type="continuationSeparator" w:id="0">
    <w:p w:rsidR="00901AC3" w:rsidRDefault="0090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AC3" w:rsidRDefault="00901AC3">
      <w:pPr>
        <w:spacing w:after="0" w:line="240" w:lineRule="auto"/>
      </w:pPr>
      <w:r>
        <w:separator/>
      </w:r>
    </w:p>
  </w:footnote>
  <w:footnote w:type="continuationSeparator" w:id="0">
    <w:p w:rsidR="00901AC3" w:rsidRDefault="00901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7E78FB"/>
    <w:multiLevelType w:val="hybridMultilevel"/>
    <w:tmpl w:val="0426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25E3"/>
    <w:rsid w:val="00134D50"/>
    <w:rsid w:val="0015074B"/>
    <w:rsid w:val="002206AF"/>
    <w:rsid w:val="0029639D"/>
    <w:rsid w:val="00297DB6"/>
    <w:rsid w:val="002C7762"/>
    <w:rsid w:val="00326F90"/>
    <w:rsid w:val="0040110E"/>
    <w:rsid w:val="0041073E"/>
    <w:rsid w:val="00440283"/>
    <w:rsid w:val="004A5638"/>
    <w:rsid w:val="00675CA9"/>
    <w:rsid w:val="0070340B"/>
    <w:rsid w:val="007119B7"/>
    <w:rsid w:val="00775F58"/>
    <w:rsid w:val="007E7CB8"/>
    <w:rsid w:val="00901AC3"/>
    <w:rsid w:val="00A21EEF"/>
    <w:rsid w:val="00A61863"/>
    <w:rsid w:val="00AA1D8D"/>
    <w:rsid w:val="00B4557E"/>
    <w:rsid w:val="00B47730"/>
    <w:rsid w:val="00B86BF9"/>
    <w:rsid w:val="00CB0664"/>
    <w:rsid w:val="00DC4963"/>
    <w:rsid w:val="00EF6718"/>
    <w:rsid w:val="00F17C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6AE11"/>
  <w14:defaultImageDpi w14:val="300"/>
  <w15:docId w15:val="{5C327F15-71F9-494F-A754-55380DD9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40AE24-0883-43C4-AEF5-7B3FB13E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1896</Words>
  <Characters>10812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Тюникова Екатерина Игоревна</cp:lastModifiedBy>
  <cp:revision>3</cp:revision>
  <dcterms:created xsi:type="dcterms:W3CDTF">2026-09-18T13:25:00Z</dcterms:created>
  <dcterms:modified xsi:type="dcterms:W3CDTF">2026-09-18T13:26:00Z</dcterms:modified>
  <cp:category/>
</cp:coreProperties>
</file>