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88D" w:rsidRPr="00A55CC5" w:rsidRDefault="00852414">
      <w:pPr>
        <w:spacing w:after="40"/>
        <w:rPr>
          <w:lang w:val="ru-RU"/>
        </w:rPr>
      </w:pPr>
      <w:r w:rsidRPr="00A55CC5">
        <w:rPr>
          <w:rFonts w:ascii="Arial" w:eastAsia="Arial" w:hAnsi="Arial" w:cs="Arial"/>
          <w:b/>
          <w:color w:val="10241C"/>
          <w:sz w:val="28"/>
          <w:lang w:val="ru-RU"/>
        </w:rPr>
        <w:t xml:space="preserve">Стоматолог-гигиенист — </w:t>
      </w:r>
      <w:r w:rsidR="00A55CC5">
        <w:rPr>
          <w:rFonts w:ascii="Arial" w:eastAsia="Arial" w:hAnsi="Arial" w:cs="Arial"/>
          <w:b/>
          <w:color w:val="10241C"/>
          <w:sz w:val="28"/>
          <w:lang w:val="ru-RU"/>
        </w:rPr>
        <w:t>практика-ориентированный этап (смотреть в списках по номеру студенческого билета или паспортные данные (серия и номер))</w:t>
      </w:r>
    </w:p>
    <w:p w:rsidR="0070688D" w:rsidRPr="00A55CC5" w:rsidRDefault="0070688D">
      <w:pPr>
        <w:spacing w:after="160"/>
        <w:rPr>
          <w:lang w:val="ru-RU"/>
        </w:rPr>
      </w:pPr>
    </w:p>
    <w:tbl>
      <w:tblPr>
        <w:tblStyle w:val="aff0"/>
        <w:tblW w:w="8108" w:type="dxa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2154"/>
        <w:gridCol w:w="5273"/>
      </w:tblGrid>
      <w:tr w:rsidR="00A55CC5" w:rsidRPr="00A55CC5" w:rsidTr="00A55CC5">
        <w:trPr>
          <w:tblHeader/>
          <w:jc w:val="center"/>
        </w:trPr>
        <w:tc>
          <w:tcPr>
            <w:tcW w:w="681" w:type="dxa"/>
            <w:shd w:val="clear" w:color="auto" w:fill="1F3D34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6"/>
              </w:rPr>
              <w:t>№</w:t>
            </w:r>
          </w:p>
        </w:tc>
        <w:tc>
          <w:tcPr>
            <w:tcW w:w="2154" w:type="dxa"/>
            <w:shd w:val="clear" w:color="auto" w:fill="1F3D34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FFFFFF"/>
                <w:sz w:val="16"/>
              </w:rPr>
              <w:t>№ студенческого</w:t>
            </w:r>
          </w:p>
        </w:tc>
        <w:tc>
          <w:tcPr>
            <w:tcW w:w="5273" w:type="dxa"/>
            <w:shd w:val="clear" w:color="auto" w:fill="1F3D34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Pr="00617D11" w:rsidRDefault="00A55CC5">
            <w:pPr>
              <w:jc w:val="center"/>
              <w:rPr>
                <w:lang w:val="ru-RU"/>
              </w:rPr>
            </w:pPr>
            <w:r>
              <w:rPr>
                <w:rFonts w:ascii="Arial" w:eastAsia="Arial" w:hAnsi="Arial" w:cs="Arial"/>
                <w:b/>
                <w:color w:val="FFFFFF"/>
                <w:sz w:val="16"/>
                <w:lang w:val="ru-RU"/>
              </w:rPr>
              <w:t>Дата, время и место проведения</w:t>
            </w:r>
          </w:p>
        </w:tc>
      </w:tr>
      <w:tr w:rsidR="00A55CC5" w:rsidRP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23227001</w:t>
            </w:r>
          </w:p>
        </w:tc>
        <w:tc>
          <w:tcPr>
            <w:tcW w:w="5273" w:type="dxa"/>
            <w:vMerge w:val="restart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A55CC5" w:rsidRPr="00617D11" w:rsidRDefault="00A55CC5" w:rsidP="00617D11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22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13:0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Кафедра СОП</w:t>
            </w:r>
          </w:p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22222004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22213487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22222747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22221396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6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22221412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7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22221710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8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23227035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9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23227037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10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23227036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3344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12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22222974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13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22223873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14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22220977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15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23227039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16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22213017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17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22221246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18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22222117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19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20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22223810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8220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22222578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22221646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24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25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22210980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26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22222172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27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22211926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28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22220326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29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22220450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RP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32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22223355</w:t>
            </w:r>
          </w:p>
        </w:tc>
        <w:tc>
          <w:tcPr>
            <w:tcW w:w="5273" w:type="dxa"/>
            <w:vMerge w:val="restart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A55CC5" w:rsidRDefault="00A55CC5" w:rsidP="00617D1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</w:pPr>
          </w:p>
          <w:p w:rsidR="00A55CC5" w:rsidRPr="00617D11" w:rsidRDefault="00A55CC5" w:rsidP="00617D11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23 сентября 2026г</w:t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  <w:t>к 13:0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0</w:t>
            </w:r>
            <w:r w:rsidRPr="0040110E"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sz w:val="40"/>
                <w:szCs w:val="40"/>
                <w:lang w:val="ru-RU"/>
              </w:rPr>
              <w:t>Кафедра СОП</w:t>
            </w:r>
          </w:p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lastRenderedPageBreak/>
              <w:t>33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22221637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34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35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22221664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36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22211316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37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22220493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38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23227048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39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22223321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40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22211673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23227050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42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22222058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43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22220349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44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22221670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45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22221044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46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20221793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47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22221679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48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22224570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49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22222609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50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22220085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22212670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52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22221695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53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22211879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54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22220390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55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22220976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56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22222560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57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22221165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58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22212489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59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22212857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60</w:t>
            </w:r>
          </w:p>
        </w:tc>
        <w:tc>
          <w:tcPr>
            <w:tcW w:w="2154" w:type="dxa"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22220767</w:t>
            </w:r>
          </w:p>
        </w:tc>
        <w:tc>
          <w:tcPr>
            <w:tcW w:w="5273" w:type="dxa"/>
            <w:vMerge/>
            <w:shd w:val="clear" w:color="auto" w:fill="F4F8F6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  <w:tr w:rsidR="00A55CC5" w:rsidTr="00A55CC5">
        <w:trPr>
          <w:jc w:val="center"/>
        </w:trPr>
        <w:tc>
          <w:tcPr>
            <w:tcW w:w="681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61</w:t>
            </w:r>
          </w:p>
        </w:tc>
        <w:tc>
          <w:tcPr>
            <w:tcW w:w="2154" w:type="dxa"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>
            <w:pPr>
              <w:jc w:val="center"/>
            </w:pPr>
            <w:r>
              <w:rPr>
                <w:rFonts w:ascii="Arial" w:eastAsia="Arial" w:hAnsi="Arial" w:cs="Arial"/>
                <w:color w:val="10241C"/>
                <w:sz w:val="16"/>
              </w:rPr>
              <w:t>23227018</w:t>
            </w:r>
          </w:p>
        </w:tc>
        <w:tc>
          <w:tcPr>
            <w:tcW w:w="5273" w:type="dxa"/>
            <w:vMerge/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55CC5" w:rsidRDefault="00A55CC5"/>
        </w:tc>
      </w:tr>
    </w:tbl>
    <w:p w:rsidR="00852414" w:rsidRPr="00617D11" w:rsidRDefault="00852414">
      <w:pPr>
        <w:rPr>
          <w:lang w:val="ru-RU"/>
        </w:rPr>
      </w:pPr>
    </w:p>
    <w:sectPr w:rsidR="00852414" w:rsidRPr="00617D11" w:rsidSect="00034616">
      <w:pgSz w:w="16838" w:h="11906" w:orient="landscape"/>
      <w:pgMar w:top="907" w:right="680" w:bottom="79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7FE" w:rsidRDefault="00CD67FE">
      <w:pPr>
        <w:spacing w:after="0" w:line="240" w:lineRule="auto"/>
      </w:pPr>
      <w:r>
        <w:separator/>
      </w:r>
    </w:p>
  </w:endnote>
  <w:endnote w:type="continuationSeparator" w:id="0">
    <w:p w:rsidR="00CD67FE" w:rsidRDefault="00CD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7FE" w:rsidRDefault="00CD67FE">
      <w:pPr>
        <w:spacing w:after="0" w:line="240" w:lineRule="auto"/>
      </w:pPr>
      <w:r>
        <w:separator/>
      </w:r>
    </w:p>
  </w:footnote>
  <w:footnote w:type="continuationSeparator" w:id="0">
    <w:p w:rsidR="00CD67FE" w:rsidRDefault="00CD6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7D11"/>
    <w:rsid w:val="0070688D"/>
    <w:rsid w:val="00852414"/>
    <w:rsid w:val="00A55CC5"/>
    <w:rsid w:val="00AA1D8D"/>
    <w:rsid w:val="00B47730"/>
    <w:rsid w:val="00CB0664"/>
    <w:rsid w:val="00CD67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E3176E"/>
  <w14:defaultImageDpi w14:val="300"/>
  <w15:docId w15:val="{72D966A5-A0FF-4CF1-B940-21B11EEC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14624E-1B22-4359-BAE1-A1D7CC11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Тюникова Екатерина Игоревна</cp:lastModifiedBy>
  <cp:revision>2</cp:revision>
  <dcterms:created xsi:type="dcterms:W3CDTF">2026-09-18T13:21:00Z</dcterms:created>
  <dcterms:modified xsi:type="dcterms:W3CDTF">2026-09-18T13:21:00Z</dcterms:modified>
  <cp:category/>
</cp:coreProperties>
</file>